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אם אין אני לי – מי לי? אחריות ובחירה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אשמה לבין 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שלושה מעגלי אחריות: כלפי עצמי, כלפי הקרובים וכלפי הקהילה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שלוש השאלות של הלל וליישם אותן במצבים מחיי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אשמה מביטה אחורה, אחריות מביטה קדימה ושואלת מה אפשר לעשות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שהמקרר לא קר מספיק והמגשים פושרים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שזה לא המשמרת שלו וזה לא באחריותו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חבר של שחר מקבוצת הכדורסל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שלוש השאלות של הלל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(אחריות כלפי עצמי)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(אחריות כלפי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(לא לדחות את הפעולה)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(פתיחה שבודקת מתי קל להגיד 'זה לא שלי')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(חמישה צעדים קטנים של לקיחת אחריות)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בסיכום נאמר שאחריות היא כוח בידיים, לא משקל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בפתיחת הדילמה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הדילמה עוסקת בלקיחת אחריות ובדרך להגיד את האמת בלי להפיל אשמה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באתגר השבוע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מנהלת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משמרת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נקי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קדימה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מהלך השיעור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משחק פתיחה 'של מי זה?'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קריאת הדילמה של שחר וסימון רגעים של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לימוד שלוש השאלות של הלל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בחירת פעולה אחריותית אחת לשבוע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אמירת האמת על מה שראה, הימנעות מהאשמה ישירה של החבר, התמקדות בפתרון (לזרוק את הסחורה, לבדוק את המקרר) ולא בחיפוש אשם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יש לבדוק שהתלמיד מתאר מצב אמיתי, את הקושי בבחירה ואת התוצאה או ההרגשה בעקבותיה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אשמה - מבט אחורה וכובד; אחריות - מבט קדימה ופעולה אפשרית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מעגל עצמי, מעגל הקרובים (משפחה וחברים), מעגל הקהילה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המראה הבנה של פעולה קונקרטית ומידתית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משחק 'של מי זה?' לפני מתן הדף, כדי לחבר את התלמידים לנושא באופן חווייתי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על הדילמה של שחר כדאי להדגיש שאין תשובה אחת נכונה, אלא דרכים שונות לאזן בין אמת לבין הגנה על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בבחירת פעולה אישית אחת מתוך אתגר השבוע ולעקוב איתם בהמשך השבוע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אם אין אני לי – מי לי? אחריות ובחירה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נושא האחריות דרך דברי הלל ודרך הדילמה של שחר, בן נוער שמגלה בעיה במקום העבודה שלו ומתלבט מה לעשות.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העיקרי בין אשמה לאחריות לפי הדילמה?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אשמה מביטה קדימה, אחריות מביטה אחורה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אשמה מביטה אחורה, אחריות מביטה קדימה ושואלת מה אפשר לעשות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אחריות היא תמיד כבדה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מעגלי אחריות מוזכרים בשיעור?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שחר גילה במקרר בחנות המאפים?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שהמקרר 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שהגבינות קרות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שהמקרר לא קר מספיק והמגשים פושרים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שהמקרר מקולקל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אמרה ליאת לשחר?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שהוא חייב לדווח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שזה לא המשמרת שלו וזה לא באחריותו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שהיא תטפל בזה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שצריך לקרוא למנהלת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סגר את החנות ביום הקודם, לפי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המנהלת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 של שחר מקבוצת הכדורסל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שלוש השאלות של הלל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אם אין אני 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לא לדחות את הפעולה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כשאני לעצמי מה 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חמישה צעדים קטנים של לקיחת אחריות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אם לא עכשיו אימתי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פתיחה שבודקת מתי קל להגיד 'זה לא שלי'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משחק 'של מי זה?'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אחריות כלפי עצמי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אתגר השבוע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אחריות כלפי אחרים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אחריות, לפי השיעור, היא תמיד משקל כבד על הכתפיים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שחר עובד בימי שישי בבוקר בחנות מאפים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הלל אמר שלוש שאלות המופיעות בפרקי אבות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הדילמה של שחר עוסקת רק בשאלה אם להאשים מישהו אחר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אתגר השבוע כולל חמישה צעדים, אחד בכל 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אחריות היא לא משקל על הכתפיים - היא __________ בידיים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שלוש השאלות הידועות הן של החכם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שחר מתלבט מה לומר ל__________ כשהיא חוזרת למקרר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ליאת אמרה לשחר שזה לא ה__________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ביום 2 של אתגר השבוע צריך להשאיר את המקום __________ יותר משמצאנו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אחריות, בניגוד לאשמה, מביטה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מהלך השיעור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קריאת הדילמה של שחר וסימון רגעים של אחריות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פתיחה 'של מי זה?'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בחירת פעולה אחריותית אחת לשבוע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לימוד שלוש השאלות של הלל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הייתם מנסחים את המשפט ששחר צריך להגיד למנהלת, כך שיהיה אמיתי והוגן גם כלפי חברו?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 על רגע שבו ראיתם משהו שלא בסדר ובחרתם לפעול, או רציתם לפעול ולא פעלתם. מה היה קשה בבחירה?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אשמה לאחריות?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מעגלי האחריות שלמדנו?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פעולה קטנה אחת תבחרו לקחת אחריות עליה השבוע?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אם אין אני לי – מי לי? אחריות ובחירה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