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אם אין אני לי – מי לי? אחריות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אשמה לבין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שלושה מעגלי אחריות: כלפי עצמי, כלפי הקרובים וכלפי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שלוש השאלות של הלל וליישם אותן במצבים מחיי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אשמה מביטה אחורה, אחריות מביטה קדימה ושואלת מה אפשר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שלוש השאלות של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(אחריות כלפי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(אחריות כלפי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לדחות את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(פתיחה שבודקת מתי קל להגיד 'זה לא שלי')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בסיכום נאמר שאחריות היא כוח בידיים, לא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בפתיחת הדילמה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מנהלת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מהלך השיעור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 פתיחה 'של מי זה?'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הדילמה של שחר וסימון רגעים של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לימוד שלוש השאלות של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בחירת פעולה אחריותית אחת לשבוע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אמירת האמת על מה שראה, הימנעות מהאשמה ישירה של החבר, התמקדות בפתרון (לזרוק את הסחורה, לבדוק את המקרר) ולא בחיפוש אשם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אשמה - מבט אחורה וכובד; אחריות - מבט קדימה ופעולה אפשרית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מעגל עצמי, מעגל הקרובים (משפחה וחברים), מעגל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המראה הבנה של פעולה קונקרטית ומידתית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משחק 'של מי זה?' לפני מתן הדף, כדי לחבר את התלמידים לנושא באופן חווייתי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של שחר כדאי להדגיש שאין תשובה אחת נכונה, אלא דרכים שונות לאזן בין אמת לבין הגנה על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בבחירת פעולה אישית אחת מתוך אתגר השבוע ולעקוב איתם בהמשך השבוע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אם אין אני לי – מי לי? אחריות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נושא האחריות דרך דברי הלל ודרך הדילמה של שחר, בן נוער שמגלה בעיה במקום העבודה שלו ומתלבט מה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כוח  ·  מנהלת  ·  הלל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אשמה לאחריות לפי הדילמה?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אשמה מביטה קדימה, אחריות מביטה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אשמה מביטה אחורה, אחריות מביטה קדימה ושואלת מה אפשר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מעגלי אחריות מוזכרים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שלוש השאלות של הלל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אם אין אני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אחריות כלפי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כשאני לעצמי מה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לדחות את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אם לא עכשיו אימתי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פתיחה שבודקת מתי קל להגיד 'זה לא שלי'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משחק 'של מי זה?'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אחריות כלפי 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אחריות, לפי השיעור, היא תמיד משקל כבד על הכתפיים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שחר עובד בימי שישי בבוקר בחנות מאפים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הלל אמר שלוש שאלות המופיעות בפרקי אבות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אחריות היא לא משקל על הכתפיים - היא __________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שלוש השאלות הידועות הן של החכם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שחר מתלבט מה לומר ל__________ כשהיא חוזרת למקרר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מהלך השיעור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פעולה אחריותית אחת לשבוע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פתיחה 'של מי זה?'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קריאת הדילמה של שחר וסימון רגעים של אחריות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לימוד שלוש השאלות של הלל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הייתם מנסחים את המשפט ששחר צריך להגיד למנהלת, כך שיהיה אמיתי והוגן גם כלפי חברו?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אשמה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מעגלי האחריות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אם אין אני לי – מי לי? אחריות ובחירה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